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</w:rPr>
        <w:t>ОБЩЕСТВО С ОГРАНИЧЕННОЙ ОТВЕТСТВЕННОСТЬЮ «НАЗВАНИЕ ОРГАНИЗАЦИИ»</w:t>
      </w:r>
    </w:p>
    <w:p>
      <w:pPr>
        <w:spacing w:after="120"/>
        <w:jc w:val="center"/>
      </w:pPr>
      <w:r>
        <w:rPr>
          <w:b w:val="0"/>
        </w:rPr>
        <w:t>(ООО «Название»)</w:t>
      </w:r>
    </w:p>
    <w:p>
      <w:pPr>
        <w:spacing w:after="120"/>
      </w:pPr>
      <w:r>
        <w:rPr>
          <w:b w:val="0"/>
        </w:rPr>
      </w:r>
    </w:p>
    <w:p>
      <w:pPr>
        <w:spacing w:after="120"/>
        <w:jc w:val="center"/>
      </w:pPr>
      <w:r>
        <w:rPr>
          <w:b/>
        </w:rPr>
        <w:t>ПРОТОКОЛ</w:t>
      </w:r>
    </w:p>
    <w:p>
      <w:pPr>
        <w:spacing w:after="120"/>
        <w:jc w:val="center"/>
      </w:pPr>
      <w:r>
        <w:rPr>
          <w:b w:val="0"/>
        </w:rPr>
        <w:t>рабочего совещания</w:t>
      </w:r>
    </w:p>
    <w:p>
      <w:pPr>
        <w:spacing w:after="120"/>
      </w:pPr>
      <w:r>
        <w:rPr>
          <w:b w:val="0"/>
        </w:rPr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«___» __________ 20___ г.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№ ____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г. __________________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Председатель — И. О. Фамилия, должность</w:t>
      </w:r>
    </w:p>
    <w:p>
      <w:pPr>
        <w:spacing w:after="120"/>
      </w:pPr>
      <w:r>
        <w:rPr>
          <w:b w:val="0"/>
        </w:rPr>
        <w:t>Секретарь — И. О. Фамилия, должность</w:t>
      </w:r>
    </w:p>
    <w:p>
      <w:pPr>
        <w:spacing w:after="120"/>
      </w:pPr>
      <w:r>
        <w:rPr>
          <w:b w:val="0"/>
        </w:rPr>
        <w:t>Присутствовали: И. О. Фамилия (должность), И. О. Фамилия (должность), И. О. Фамилия (должность)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/>
        </w:rPr>
        <w:t>ПОВЕСТКА ДНЯ:</w:t>
      </w:r>
    </w:p>
    <w:p>
      <w:pPr>
        <w:spacing w:after="120"/>
      </w:pPr>
      <w:r>
        <w:rPr>
          <w:b w:val="0"/>
        </w:rPr>
        <w:t>1. О ходе выполнения плана работ (докладчик — И. О. Фамилия).</w:t>
      </w:r>
    </w:p>
    <w:p>
      <w:pPr>
        <w:spacing w:after="120"/>
      </w:pPr>
      <w:r>
        <w:rPr>
          <w:b w:val="0"/>
        </w:rPr>
        <w:t>2. О подготовке к __________________ (докладчик — И. О. Фамилия).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/>
        </w:rPr>
        <w:t>1. СЛУШАЛИ:</w:t>
      </w:r>
    </w:p>
    <w:p>
      <w:pPr>
        <w:spacing w:after="120"/>
      </w:pPr>
      <w:r>
        <w:rPr>
          <w:b w:val="0"/>
        </w:rPr>
        <w:t>И. О. Фамилия — краткое содержание доклада: состояние работ, ключевые цифры, проблемные места.</w:t>
      </w:r>
    </w:p>
    <w:p>
      <w:pPr>
        <w:spacing w:after="120"/>
      </w:pPr>
      <w:r>
        <w:rPr>
          <w:b/>
        </w:rPr>
        <w:t>ВЫСТУПИЛИ:</w:t>
      </w:r>
    </w:p>
    <w:p>
      <w:pPr>
        <w:spacing w:after="120"/>
      </w:pPr>
      <w:r>
        <w:rPr>
          <w:b w:val="0"/>
        </w:rPr>
        <w:t>И. О. Фамилия — суть выступления, предложение.</w:t>
      </w:r>
    </w:p>
    <w:p>
      <w:pPr>
        <w:spacing w:after="120"/>
      </w:pPr>
      <w:r>
        <w:rPr>
          <w:b/>
        </w:rPr>
        <w:t>РЕШИЛИ:</w:t>
      </w:r>
    </w:p>
    <w:p>
      <w:pPr>
        <w:spacing w:after="120"/>
      </w:pPr>
      <w:r>
        <w:rPr>
          <w:b w:val="0"/>
        </w:rPr>
        <w:t>1.1. Принять информацию к сведению.</w:t>
      </w:r>
    </w:p>
    <w:p>
      <w:pPr>
        <w:spacing w:after="120"/>
      </w:pPr>
      <w:r>
        <w:rPr>
          <w:b w:val="0"/>
        </w:rPr>
        <w:t>1.2. Поручить И. О. Фамилии __________________. Срок — до «___» __________ 20___ г. Ответственный — И. О. Фамилия.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/>
        </w:rPr>
        <w:t>2. СЛУШАЛИ:</w:t>
      </w:r>
    </w:p>
    <w:p>
      <w:pPr>
        <w:spacing w:after="120"/>
      </w:pPr>
      <w:r>
        <w:rPr>
          <w:b w:val="0"/>
        </w:rPr>
        <w:t>И. О. Фамилия — краткое содержание доклада.</w:t>
      </w:r>
    </w:p>
    <w:p>
      <w:pPr>
        <w:spacing w:after="120"/>
      </w:pPr>
      <w:r>
        <w:rPr>
          <w:b/>
        </w:rPr>
        <w:t>РЕШИЛИ:</w:t>
      </w:r>
    </w:p>
    <w:p>
      <w:pPr>
        <w:spacing w:after="120"/>
      </w:pPr>
      <w:r>
        <w:rPr>
          <w:b w:val="0"/>
        </w:rPr>
        <w:t>2.1. Утвердить __________________.</w:t>
      </w:r>
    </w:p>
    <w:p>
      <w:pPr>
        <w:spacing w:after="120"/>
      </w:pPr>
      <w:r>
        <w:rPr>
          <w:b w:val="0"/>
        </w:rPr>
        <w:t>2.2. Поручить И. О. Фамилии __________________. Срок — до «___» __________ 20___ г.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Председатель  _______________  И. О. Фамилия</w:t>
      </w:r>
    </w:p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 w:val="0"/>
        </w:rPr>
        <w:t>Секретарь     _______________  И. О. Фамилия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